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REGISTRO”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Registro,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Registro.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Registro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Registro</w:t>
        <w:br/>
        <w:t>Rua (inserir endereço correto da unidade) – Registro/SP</w:t>
        <w:br/>
        <w:t>WhatsApp: (inserir número da unidade)</w:t>
        <w:br/>
        <w:t>Instagram: @odontoexcellenceregistro</w:t>
        <w:br/>
        <w:t>Site: registro.franquiaodontoexcellence.com.br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